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UMOWA KUPNA-SPRZEDAŻY SAMOCHODU</w:t>
      </w:r>
    </w:p>
    <w:p>
      <w:r>
        <w:t>zawarta dnia ..................... w ...........................................</w:t>
      </w:r>
    </w:p>
    <w:p>
      <w:pPr>
        <w:pStyle w:val="Heading2"/>
      </w:pPr>
      <w:r>
        <w:t>1. Strony umowy</w:t>
      </w:r>
    </w:p>
    <w:p>
      <w:r>
        <w:t>Sprzedający: imię i nazwisko ............................................, adres ............................................,</w:t>
        <w:br/>
        <w:t>PESEL ......................., dokument tożsamości (seria i nr) .......................</w:t>
        <w:br/>
        <w:br/>
        <w:t>Kupujący: imię i nazwisko ............................................, adres ............................................,</w:t>
        <w:br/>
        <w:t>PESEL ......................., dokument tożsamości (seria i nr) .......................</w:t>
      </w:r>
    </w:p>
    <w:p>
      <w:pPr>
        <w:pStyle w:val="Heading2"/>
      </w:pPr>
      <w:r>
        <w:t>2. Przedmiot umowy</w:t>
      </w:r>
    </w:p>
    <w:p>
      <w:r>
        <w:t>Marka i model ............................................  Rok produkcji ..............</w:t>
        <w:br/>
        <w:t>Nr VIN .................................................  Nr rejestracyjny ..................</w:t>
        <w:br/>
        <w:t>Przebieg w chwili sprzedaży ............... km</w:t>
      </w:r>
    </w:p>
    <w:p>
      <w:pPr>
        <w:pStyle w:val="Heading2"/>
      </w:pPr>
      <w:r>
        <w:t>3. Cena</w:t>
      </w:r>
    </w:p>
    <w:p>
      <w:r>
        <w:t>Cena sprzedaży: ............... zł (słownie: ................................................................. złotych).</w:t>
        <w:br/>
        <w:t>Kupujący kwituje wydanie pojazdu, Sprzedający kwituje otrzymanie ceny.</w:t>
      </w:r>
    </w:p>
    <w:p>
      <w:pPr>
        <w:pStyle w:val="Heading2"/>
      </w:pPr>
      <w:r>
        <w:t>4. Oświadczenia Sprzedającego</w:t>
      </w:r>
    </w:p>
    <w:p>
      <w:r>
        <w:t>Sprzedający oświadcza, że pojazd stanowi jego wyłączną własność, jest wolny od wad prawnych, zastawów oraz praw osób trzecich, a także że nie toczy się wobec niego żadne postępowanie, którego przedmiotem jest ten pojazd.</w:t>
      </w:r>
    </w:p>
    <w:p>
      <w:pPr>
        <w:pStyle w:val="Heading2"/>
      </w:pPr>
      <w:r>
        <w:t>5. Stan techniczny</w:t>
      </w:r>
    </w:p>
    <w:p>
      <w:r>
        <w:t>Kupujący oświadcza, że zapoznał się ze stanem technicznym pojazdu. Znane wady pojazdu:</w:t>
        <w:br/>
        <w:t>........................................................................................</w:t>
        <w:br/>
        <w:t>........................................................................................</w:t>
      </w:r>
    </w:p>
    <w:p>
      <w:pPr>
        <w:pStyle w:val="Heading2"/>
      </w:pPr>
      <w:r>
        <w:t>6. Wydanie pojazdu</w:t>
      </w:r>
    </w:p>
    <w:p>
      <w:r>
        <w:t>Pojazd wraz z: ..... szt. kluczyków, dowodem rejestracyjnym, kartą pojazdu (jeśli wydano), polisą OC został wydany Kupującemu dnia ..................... o godzinie ...........</w:t>
      </w:r>
    </w:p>
    <w:p>
      <w:pPr>
        <w:pStyle w:val="Heading2"/>
      </w:pPr>
      <w:r>
        <w:t>7. Postanowienia końcowe</w:t>
      </w:r>
    </w:p>
    <w:p>
      <w:r>
        <w:t>Wszelkie koszty związane z zawarciem umowy ponosi Kupujący. Umowę sporządzono w dwóch jednobrzmiących egzemplarzach, po jednym dla każdej ze stron. W sprawach nieuregulowanych stosuje się przepisy Kodeksu cywilnego.</w:t>
      </w:r>
    </w:p>
    <w:p>
      <w:r>
        <w:br/>
        <w:t>............................................</w:t>
        <w:tab/>
        <w:tab/>
        <w:t>............................................</w:t>
        <w:br/>
        <w:t xml:space="preserve">            Sprzedający</w:t>
        <w:tab/>
        <w:tab/>
        <w:tab/>
        <w:tab/>
        <w:t xml:space="preserve">        Kupujący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